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秋招英语面试问答导入示例</w:t>
      </w:r>
    </w:p>
    <w:p>
      <w:r>
        <w:t>把下方内容替换为自己的问答，保留四个字段名称。每题按英文问题、英文答案、中文问题、中文答案的顺序填写。复制整组可添加更多题目，保存为 DOCX 后上传到网站。</w:t>
      </w:r>
    </w:p>
    <w:p>
      <w:pPr>
        <w:pStyle w:val="Heading1"/>
      </w:pPr>
      <w:r>
        <w:t>示例 1</w:t>
      </w:r>
    </w:p>
    <w:p>
      <w:r>
        <w:rPr>
          <w:b/>
        </w:rPr>
        <w:t>英文问题：</w:t>
      </w:r>
      <w:r>
        <w:t>Tell me about yourself.</w:t>
      </w:r>
    </w:p>
    <w:p>
      <w:r>
        <w:rPr>
          <w:b/>
        </w:rPr>
        <w:t>英文答案：</w:t>
      </w:r>
      <w:r>
        <w:t>Hello, my name is [name]. I am a master’s student in [major]. My research includes preparing samples, running tests, and checking results. I am careful and willing to learn. I hope to use my skills in this position.</w:t>
      </w:r>
    </w:p>
    <w:p>
      <w:r>
        <w:rPr>
          <w:b/>
        </w:rPr>
        <w:t>中文问题：</w:t>
      </w:r>
      <w:r>
        <w:t>请做一个自我介绍。</w:t>
      </w:r>
    </w:p>
    <w:p>
      <w:r>
        <w:rPr>
          <w:b/>
        </w:rPr>
        <w:t>中文答案：</w:t>
      </w:r>
      <w:r>
        <w:t>你好，我叫[姓名]，是[专业]的硕士研究生。我的研究工作包括样品制备、测试和结果分析。我做事细心，也愿意学习，希望在这个岗位中发挥自己的能力。</w:t>
      </w:r>
    </w:p>
    <w:p>
      <w:pPr>
        <w:pStyle w:val="Heading1"/>
      </w:pPr>
      <w:r>
        <w:t>示例 2</w:t>
      </w:r>
    </w:p>
    <w:p>
      <w:r>
        <w:rPr>
          <w:b/>
        </w:rPr>
        <w:t>英文问题：</w:t>
      </w:r>
      <w:r>
        <w:t>What do you like to do in your free time?</w:t>
      </w:r>
    </w:p>
    <w:p>
      <w:r>
        <w:rPr>
          <w:b/>
        </w:rPr>
        <w:t>英文答案：</w:t>
      </w:r>
      <w:r>
        <w:t>In my free time, I enjoy making things by hand. I like crochet and building with LEGO. These activities help me relax and teach me to be patient. I also like spending time with cats.</w:t>
      </w:r>
    </w:p>
    <w:p>
      <w:r>
        <w:rPr>
          <w:b/>
        </w:rPr>
        <w:t>中文问题：</w:t>
      </w:r>
      <w:r>
        <w:t>你空闲时喜欢做什么？</w:t>
      </w:r>
    </w:p>
    <w:p>
      <w:r>
        <w:rPr>
          <w:b/>
        </w:rPr>
        <w:t>中文答案：</w:t>
      </w:r>
      <w:r>
        <w:t>空闲时，我喜欢做手工，比如钩针编织和拼乐高。这些活动让我放松，也培养我的耐心。我也喜欢陪伴小猫。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Noto Serif CJK SC" w:hAnsi="Noto Serif CJK SC" w:eastAsia="Noto Serif CJK SC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erif CJK SC" w:hAnsi="Noto Serif CJK SC" w:eastAsia="Noto Serif CJK SC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erif CJK SC" w:hAnsi="Noto Serif CJK SC" w:eastAsia="Noto Serif CJK SC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